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76" w:rsidRPr="008B7914" w:rsidRDefault="00DC3543" w:rsidP="00DC3543">
      <w:pPr>
        <w:spacing w:after="120"/>
        <w:jc w:val="right"/>
        <w:rPr>
          <w:lang w:val="ru-RU"/>
        </w:rPr>
      </w:pPr>
      <w:bookmarkStart w:id="0" w:name="_GoBack"/>
      <w:r>
        <w:rPr>
          <w:b/>
          <w:noProof/>
          <w:lang w:val="ru-RU" w:eastAsia="ru-RU"/>
        </w:rPr>
        <w:drawing>
          <wp:inline distT="0" distB="0" distL="0" distR="0">
            <wp:extent cx="3143250" cy="261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5176" w:rsidRPr="008B7914" w:rsidRDefault="00EA29FC">
      <w:pPr>
        <w:spacing w:after="0"/>
        <w:rPr>
          <w:lang w:val="ru-RU"/>
        </w:rPr>
      </w:pPr>
      <w:r w:rsidRPr="008B7914">
        <w:rPr>
          <w:b/>
          <w:lang w:val="ru-RU"/>
        </w:rPr>
        <w:t>План проверок членов саморегулируемой организации</w:t>
      </w:r>
    </w:p>
    <w:p w:rsidR="00675176" w:rsidRDefault="00EA29FC">
      <w:pPr>
        <w:spacing w:after="0"/>
        <w:rPr>
          <w:b/>
          <w:lang w:val="ru-RU"/>
        </w:rPr>
      </w:pPr>
      <w:r w:rsidRPr="008B7914">
        <w:rPr>
          <w:b/>
          <w:lang w:val="ru-RU"/>
        </w:rPr>
        <w:t xml:space="preserve">Ассоциации «Объединение строительных организаций среднего и малого бизнеса» на </w:t>
      </w:r>
      <w:r w:rsidR="00FB4750">
        <w:rPr>
          <w:b/>
          <w:lang w:val="ru-RU"/>
        </w:rPr>
        <w:t>октябрь</w:t>
      </w:r>
      <w:r w:rsidRPr="008B7914">
        <w:rPr>
          <w:b/>
          <w:lang w:val="ru-RU"/>
        </w:rPr>
        <w:t xml:space="preserve"> 2026 года.</w:t>
      </w:r>
    </w:p>
    <w:p w:rsidR="008B7914" w:rsidRPr="008B7914" w:rsidRDefault="008B7914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67517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176" w:rsidRDefault="00EA29FC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КлиматЛюкс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5034064957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142611, Московская область, г.о. Орехово-Зуевский, г. Орехово-Зуево, ул.Красина, д.6, офис 18 Г</w:t>
            </w:r>
          </w:p>
        </w:tc>
      </w:tr>
      <w:tr w:rsidR="008E546F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Глобус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5027188084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 w:rsidRPr="00891386">
              <w:rPr>
                <w:lang w:val="ru-RU"/>
              </w:rPr>
              <w:t xml:space="preserve">143007, Московская область, г. о. Одинцовский, г. Одинцово, ул. </w:t>
            </w:r>
            <w:r>
              <w:t>Молодежная, д. 46, офис 206, комн. 1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РесурсПроект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5024164046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143404, Московская область, г. Красногорск, ул. Дачная, дом 11А, пом.14/28, комн.02</w:t>
            </w:r>
          </w:p>
        </w:tc>
      </w:tr>
      <w:tr w:rsidR="008E546F" w:rsidRPr="008E546F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УЛЬТРА ТЕХНОЛОГИИ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7725340952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 w:rsidRPr="00891386">
              <w:rPr>
                <w:lang w:val="ru-RU"/>
              </w:rPr>
              <w:t xml:space="preserve">143409, Московская область, г. Красногорск, ул. </w:t>
            </w:r>
            <w:r>
              <w:t>Успенская, дом 5, офис 516.2-1, пом.14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Фасадные Решения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7726380108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142718, Московская область, г.о. Ленинский, с. Булатниково, Симферопольское ш., дом 3, стр.8, каб.301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МегаСтрой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5074066527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142105, Московская обл., г. Подольск, ул. Большая Серпуховская, дом 43, эт.3, пом.3, каб.2А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МК-ВМР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5074068588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142105, Московская обл., г. Подольск, ул. Большая Серпуховская, дом 43, эт.3, пом.3, каб.2 Б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БОРА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7725373161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141146, Московская область, г. Щелково, рп Фряново, ул.Зеленая, стр.1А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Пригород Лесное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7725790373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142721, Московская область, г. Видное, пгт. Мисайлово, бульвар Литературный (Пригород Лесное Мкр.), дом 4, пом.629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Сити-Строй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7725828411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141727, Московская область, г. Долгопрудный, мкр. Павельцево, ш. Новое, дом 36А, офис 207/208/209/210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B7914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ПРАЙМ ГРУП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7728181563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143409, Московская область, г. Красногорск, ул. Успенская, дом 3, пом.</w:t>
            </w:r>
            <w:r>
              <w:t>I</w:t>
            </w:r>
            <w:r w:rsidRPr="00891386">
              <w:rPr>
                <w:lang w:val="ru-RU"/>
              </w:rPr>
              <w:t>, эт.4, офис 415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Четвертая концессионная Компания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7728356380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143409, Московская область, г. Красногорск, ул. Успенская, дом 4а, этаж 4, офис 423 а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КАРБОН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7730686890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143006, Московская область, г.о. Одинцовский, г. Одинцово, Транспортный пр-д, дом 13, литер Б, пом.1, комн.20, 21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</w:rPr>
            </w:pPr>
            <w:r w:rsidRPr="00891386">
              <w:rPr>
                <w:color w:val="000000" w:themeColor="text1"/>
              </w:rP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>СИТИСТРОЙ-М</w:t>
            </w:r>
            <w:r>
              <w:rPr>
                <w:color w:val="000000" w:themeColor="text1"/>
                <w:lang w:val="ru-RU"/>
              </w:rPr>
              <w:t>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</w:rPr>
            </w:pPr>
            <w:r w:rsidRPr="00891386">
              <w:rPr>
                <w:color w:val="000000" w:themeColor="text1"/>
              </w:rPr>
              <w:t>7731324388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891386">
              <w:rPr>
                <w:color w:val="000000" w:themeColor="text1"/>
                <w:lang w:val="ru-RU"/>
              </w:rPr>
              <w:t>143441, Московская область, г. Красногорск, пгт Путилково, здание "Контора-Проходная", корпус АОЗТ "Птицефабрика", офис "Красногорская"</w:t>
            </w:r>
          </w:p>
        </w:tc>
      </w:tr>
      <w:tr w:rsidR="008E546F" w:rsidRPr="008E546F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Бухта Лэнд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7731477627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 w:rsidRPr="00891386">
              <w:rPr>
                <w:lang w:val="ru-RU"/>
              </w:rPr>
              <w:t xml:space="preserve">142714, Российская Федерация, Московская область, Ленинский район, с. Остров, ул. </w:t>
            </w:r>
            <w:r>
              <w:t>Индустриальная, дом 5, пом.42</w:t>
            </w:r>
          </w:p>
        </w:tc>
      </w:tr>
      <w:tr w:rsidR="008E546F" w:rsidRPr="008E546F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ТЕХНОС-М+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7733080659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 w:rsidRPr="00891386">
              <w:rPr>
                <w:lang w:val="ru-RU"/>
              </w:rPr>
              <w:t xml:space="preserve">143909, Московская область, г. Балашиха, ул. </w:t>
            </w:r>
            <w:r>
              <w:t>Звездная, дом 7Б, пом.313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</w:rPr>
            </w:pPr>
            <w:r w:rsidRPr="00891386">
              <w:rPr>
                <w:color w:val="000000" w:themeColor="text1"/>
              </w:rP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891386">
              <w:rPr>
                <w:color w:val="000000" w:themeColor="text1"/>
                <w:lang w:val="ru-RU"/>
              </w:rPr>
              <w:t xml:space="preserve">НОВЫЕ СТРОИТЕЛЬНЫЕ ТЕХНОЛОГИИ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</w:rPr>
            </w:pPr>
            <w:r w:rsidRPr="00891386">
              <w:rPr>
                <w:color w:val="000000" w:themeColor="text1"/>
              </w:rPr>
              <w:t>7733161795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891386">
              <w:rPr>
                <w:color w:val="000000" w:themeColor="text1"/>
                <w:lang w:val="ru-RU"/>
              </w:rPr>
              <w:t>141407, Московская область, г. Химки, ул. Панфилова, вл.19, стр.1, эт.10, пом.4-9, 13-17</w:t>
            </w:r>
          </w:p>
        </w:tc>
      </w:tr>
      <w:tr w:rsidR="008E546F" w:rsidRPr="008E546F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АНО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СЦКС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7743549361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 w:rsidRPr="00891386">
              <w:rPr>
                <w:lang w:val="ru-RU"/>
              </w:rPr>
              <w:t xml:space="preserve">142701, Московская область, г.о. Ленинский, г. Видное, ул. </w:t>
            </w:r>
            <w:r>
              <w:t>Ольховая, д.9, помещ.11</w:t>
            </w:r>
          </w:p>
        </w:tc>
      </w:tr>
      <w:tr w:rsidR="008E546F" w:rsidRPr="006F261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E546F" w:rsidRDefault="008E546F" w:rsidP="008B7914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МСУ-1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Default="008E546F" w:rsidP="00845EFB">
            <w:pPr>
              <w:spacing w:after="0" w:line="240" w:lineRule="auto"/>
            </w:pPr>
            <w:r>
              <w:t>7745000111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46F" w:rsidRPr="00891386" w:rsidRDefault="008E546F" w:rsidP="00845EFB">
            <w:pPr>
              <w:spacing w:after="0" w:line="240" w:lineRule="auto"/>
              <w:rPr>
                <w:lang w:val="ru-RU"/>
              </w:rPr>
            </w:pPr>
            <w:r w:rsidRPr="00891386">
              <w:rPr>
                <w:lang w:val="ru-RU"/>
              </w:rPr>
              <w:t>140005, Московская область, г. Люберцы, ул. Комсомольская, дом 15А, этаж 11, пом.19</w:t>
            </w:r>
          </w:p>
        </w:tc>
      </w:tr>
    </w:tbl>
    <w:p w:rsidR="00EA29FC" w:rsidRPr="008B7914" w:rsidRDefault="00EA29FC">
      <w:pPr>
        <w:rPr>
          <w:lang w:val="ru-RU"/>
        </w:rPr>
      </w:pPr>
    </w:p>
    <w:sectPr w:rsidR="00EA29FC" w:rsidRPr="008B7914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CF25DA"/>
    <w:multiLevelType w:val="hybridMultilevel"/>
    <w:tmpl w:val="C2920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1D63"/>
    <w:rsid w:val="002C202E"/>
    <w:rsid w:val="00320B65"/>
    <w:rsid w:val="00326F90"/>
    <w:rsid w:val="00675176"/>
    <w:rsid w:val="006F2614"/>
    <w:rsid w:val="008B7914"/>
    <w:rsid w:val="008E546F"/>
    <w:rsid w:val="00980F04"/>
    <w:rsid w:val="00AA1D8D"/>
    <w:rsid w:val="00B47730"/>
    <w:rsid w:val="00CB0664"/>
    <w:rsid w:val="00DC3543"/>
    <w:rsid w:val="00DF4819"/>
    <w:rsid w:val="00EA29FC"/>
    <w:rsid w:val="00FB47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C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C35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C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C35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AA6565-9BA2-46F4-BD76-C66D5AE9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11</cp:revision>
  <dcterms:created xsi:type="dcterms:W3CDTF">2013-12-23T23:15:00Z</dcterms:created>
  <dcterms:modified xsi:type="dcterms:W3CDTF">2026-08-25T10:21:00Z</dcterms:modified>
  <cp:category/>
</cp:coreProperties>
</file>